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מקוון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ההכנות הדרושות לראיון בשיחת וידאו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התנהגות נכונה בזמן הראיון המקוון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דומה ומה שונה בין ראיון רגיל לראיון מקוון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מלפנים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5-10 דקות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בגובה העיניים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מתחברים שוב מיד ומסבירים בנימוס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רק כשמדברים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להתלבש מסודר כמו לראיון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שלא יהיו הפרעות או התראות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לדבר לאט יותר כי יש לפעמים השהיה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לחכות שנייה אחרי שהמראיין מסיים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חלק מרשימת הבדיקה לפני 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(בגובה העיניים)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(מלפנים ולא מאחור)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(להתחבר שוב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(להשתיק לפני השיחה)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(מסודרים כמו בראיון רגיל)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מחשב, מצלמה ומיקרופון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לוודא שהמטען מחובר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להשתיק התראות ולסגור חלונות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להתחבר לשיחה 5-10 דקות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להסתכל למצלמה ולדבר בקול רגוע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בראיון מקוון קשר העין הוא הסתכלות למצלמה ולא לעיני המראיין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מחשב ומצלמה, לחבר מטען, לבדוק אינטרנט ומיקרופון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מצלמה, מיקרופון, אינטרנט או מטען - כל שניים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עוזר להרגיש רציני ומוכן, גם אם רואים רק חלק עליון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להתחבר שוב מיד ולומר בנימוס שהיה ניתוק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תרגול מעשי קצר בשיחת וידאו בין התלמידים לפני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קשר עין רגיל להסתכלות למצלמה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להתמקד בחלקי mc ו-tf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מקוון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ראיון מתקיים בשיחת וידאו מהבית. יש כמה דברים חשובים לבדוק לפני ולהקפיד עליהם בזמן השיחה, כדי שהראיון יעבור בהצלחה.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כדאי שיהיה האור בזמן ראיון מקוון?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מאחורי המרואיין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חשיבות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בחדר חשוך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כדאי להתחבר לשיחה?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בדיוק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5-10 דקות לפני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שעה לפני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שהמראיין מתחבר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גובה המצלמה הרצוי?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נמוך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בגובה העיניים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אם מתנתקים באמצע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מתעלמים ולא חוזרים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מתקשרים שוב ולא אומרים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מתחברים שוב מיד ומסבירים בנימוס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מחכים שהמראיין יתקשר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בראיון קבוצתי מקוון, מתי מפעילים מיקרופון?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כשמדברים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בסוף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להתלבש בבגדי בית כי רואים רק את החלק העליון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לסגור חלונות אחרים במחשב לפני הראיון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השיחה כדאי לדבר מהר יותר מהרגיל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לקטוע את המראיין כדי לחסוך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לבדוק מראש את המחשב, המצלמה והמיקרופון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כדאי שהרקע מאחורי המרואיין יהיה __________ ושקט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כדאי שיהיה __________ מחובר כדי שלא ייגמר הסוללה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בזמן השיחה כדאי להסתכל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כדאי שיהיה שם __________ ומלא בחלון השיחה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בראיון קבוצתי אפשר להרים __________ אם יש אפשרות כזו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להשתיק לפני השיחה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מסודרים כמו בראיון רגיל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ניתוק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בגובה העיניים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מלפנים ולא מאחור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בגדים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להתחבר שוב 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שהמטען מחובר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למצלמה ולדבר בקול רגוע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להתחבר לשיחה 5-10 דקות לפני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מחשב, מצלמה ומיקרופון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להשתיק התראות ולסגור חלונות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ייחודי בקשר עין בראיון מקוון לעומת ראיון רגיל?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הכנות טכניות חשובות לפני ראיון מקוון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שני דברים טכניים שצריך לבדוק לפני ראיון מקוון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להתלבש מסודר גם מהבית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אם קורה ניתוק באמצע הראיון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ראיון מקוון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