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מקוון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ההכנות הדרושות לראיון בשיחת וידאו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התנהגות נכונה בזמן הראיון המקוון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דומה ומה שונה בין ראיון רגיל לראיון מקוון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מלפנים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5-10 דקות לפני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צריך להתלבש מסודר כמו לראיון רגיל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כדי שלא יהיו הפרעות או התראות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כדאי לדבר לאט יותר כי יש לפעמים השהיה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מטען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(בגובה העיניים)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(מלפנים ולא מאחור)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(להתחבר שוב מיד)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(להשתיק לפני השיחה)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מחשב, מצלמה ומיקרופון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לוודא שהמטען מחובר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להשתיק התראות ולסגור חלונות 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להתחבר לשיחה 5-10 דקות לפני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בראיון מקוון קשר העין הוא הסתכלות למצלמה ולא לעיני המראיין ישירות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מצלמה, מיקרופון, אינטרנט או מטען - כל שניים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עוזר להרגיש רציני ומוכן, גם אם רואים רק חלק עליון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להתחבר שוב מיד ולומר בנימוס שהיה ניתוק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לבצע תרגול מעשי קצר בשיחת וידאו בין התלמידים לפני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ההבדל בין קשר עין רגיל להסתכלות למצלמה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 חנ״מ מומלץ להתמקד בחלקי mc ו-tf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ראיון מקוון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לפעמים ראיון מתקיים בשיחת וידאו מהבית. יש כמה דברים חשובים לבדוק לפני ולהקפיד עליהם בזמן השיחה, כדי שהראיון יעבור בהצלחה.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מטען  ·  נקי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איפה כדאי שיהיה האור בזמן ראיון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מאחורי המרואיין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מלפנים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חשיבות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כדאי להתחבר לשיחה?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בדיוק בזמן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5-10 דקות לפני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שעה לפני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להתלבש בבגדי בית כי רואים רק את החלק העליון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כדאי לסגור חלונות אחרים במחשב לפני הראיון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בזמן השיחה כדאי לדבר מהר יותר מהרגיל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כדאי שהרקע מאחורי המרואיין יהיה __________ ושקט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כדאי שיהיה __________ מחובר כדי שלא ייגמר הסוללה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מצלמה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להתחבר שוב מיד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להשתיק לפני השיחה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ניתוק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מלפנים ולא מאחור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התראות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בגובה העיניים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להשתיק התראות ולסגור חלונות אחרים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לבדוק מחשב, מצלמה ומיקרופון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להתחבר לשיחה 5-10 דקות לפני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לוודא שהמטען מחובר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ייחודי בקשר עין בראיון מקוון לעומת ראיון רגיל?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שני דברים טכניים שצריך לבדוק לפני ראיון מקוון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כדאי להתלבש מסודר גם מהבית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ראיון מקוון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